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Arial" w:hAnsi="Arial" w:eastAsia="Arial"/>
          <w:b/>
          <w:sz w:val="40"/>
        </w:rPr>
        <w:t>Tippy and Lobo Visit the Farm</w:t>
      </w:r>
    </w:p>
    <w:p>
      <w:pPr>
        <w:spacing w:after="80"/>
        <w:jc w:val="center"/>
      </w:pPr>
      <w:r>
        <w:rPr>
          <w:rFonts w:ascii="Arial" w:hAnsi="Arial"/>
          <w:i/>
          <w:sz w:val="20"/>
        </w:rPr>
        <w:t>For more resources related to this episode, including coloring pages, activities, word study, and a parent and teacher guide, please visit:</w:t>
      </w:r>
    </w:p>
    <w:p>
      <w:pPr>
        <w:spacing w:after="360"/>
        <w:jc w:val="center"/>
      </w:pPr>
      <w:hyperlink r:id="rId9">
        <w:r>
          <w:rPr>
            <w:color w:val="0563C1"/>
            <w:u w:val="single"/>
          </w:rPr>
          <w:t>https://tippyandlobo.com/ep02/</w:t>
        </w:r>
      </w:hyperlink>
    </w:p>
    <w:p>
      <w:pPr>
        <w:spacing w:after="140" w:line="259" w:lineRule="auto"/>
      </w:pPr>
      <w:r>
        <w:t>The next morning, the forest woke up soft and bright.</w:t>
      </w:r>
    </w:p>
    <w:p>
      <w:pPr>
        <w:spacing w:after="140" w:line="259" w:lineRule="auto"/>
      </w:pPr>
      <w:r>
        <w:t>Tippy the rabbit and Lobo the young wolf remembered their promise.</w:t>
      </w:r>
    </w:p>
    <w:p>
      <w:pPr>
        <w:spacing w:after="140" w:line="259" w:lineRule="auto"/>
      </w:pPr>
      <w:r>
        <w:t>They had seen the farm at sunset. Today, they would visit.</w:t>
      </w:r>
    </w:p>
    <w:p>
      <w:pPr>
        <w:spacing w:after="140" w:line="259" w:lineRule="auto"/>
      </w:pPr>
      <w:r>
        <w:t>“There it is!” said Tippy. “The red barn!”</w:t>
      </w:r>
    </w:p>
    <w:p>
      <w:pPr>
        <w:spacing w:after="140" w:line="259" w:lineRule="auto"/>
      </w:pPr>
      <w:r>
        <w:t>Lobo swished his fluffy tail. “And I hear animals saying good morning.”</w:t>
      </w:r>
    </w:p>
    <w:p>
      <w:pPr>
        <w:spacing w:after="140" w:line="259" w:lineRule="auto"/>
      </w:pPr>
      <w:r>
        <w:t>Together, the two friends walked up the quiet dirt road.</w:t>
      </w:r>
    </w:p>
    <w:p>
      <w:pPr>
        <w:spacing w:after="140" w:line="259" w:lineRule="auto"/>
      </w:pPr>
      <w:r>
        <w:t>At the farm gate, a friendly dog came trotting over.</w:t>
      </w:r>
    </w:p>
    <w:p>
      <w:pPr>
        <w:spacing w:after="140" w:line="259" w:lineRule="auto"/>
      </w:pPr>
      <w:r>
        <w:t>“Woof! Hello!” she said.</w:t>
      </w:r>
    </w:p>
    <w:p>
      <w:pPr>
        <w:spacing w:after="140" w:line="259" w:lineRule="auto"/>
      </w:pPr>
      <w:r>
        <w:t>The dog stopped a little way away and wagged her tail.</w:t>
      </w:r>
    </w:p>
    <w:p>
      <w:pPr>
        <w:spacing w:after="140" w:line="259" w:lineRule="auto"/>
      </w:pPr>
      <w:r>
        <w:t>“My name is Ginger. Welcome to the farm.”</w:t>
      </w:r>
    </w:p>
    <w:p>
      <w:pPr>
        <w:spacing w:after="140" w:line="259" w:lineRule="auto"/>
      </w:pPr>
      <w:r>
        <w:t>“I am Tippy,” said Tippy.</w:t>
      </w:r>
    </w:p>
    <w:p>
      <w:pPr>
        <w:spacing w:after="140" w:line="259" w:lineRule="auto"/>
      </w:pPr>
      <w:r>
        <w:t>“And I am Lobo,” said Lobo.</w:t>
      </w:r>
    </w:p>
    <w:p>
      <w:pPr>
        <w:spacing w:after="140" w:line="259" w:lineRule="auto"/>
      </w:pPr>
      <w:r>
        <w:t>Ginger smiled. “I can show you around. We will walk slowly, speak softly, and give every animal plenty of space.”</w:t>
      </w:r>
    </w:p>
    <w:p>
      <w:pPr>
        <w:spacing w:after="140" w:line="259" w:lineRule="auto"/>
      </w:pPr>
      <w:r>
        <w:t>“That sounds kind,” said Tippy.</w:t>
      </w:r>
    </w:p>
    <w:p>
      <w:pPr>
        <w:spacing w:after="140" w:line="259" w:lineRule="auto"/>
      </w:pPr>
      <w:r>
        <w:t>“That sounds careful,” said Lobo.</w:t>
      </w:r>
    </w:p>
    <w:p>
      <w:pPr>
        <w:spacing w:after="140" w:line="259" w:lineRule="auto"/>
      </w:pPr>
      <w:r>
        <w:t>Ginger opened the gate, and the farm tour began.</w:t>
      </w:r>
    </w:p>
    <w:p>
      <w:pPr>
        <w:spacing w:after="140" w:line="259" w:lineRule="auto"/>
      </w:pPr>
      <w:r>
        <w:t>First, Ginger led them to the green pasture.</w:t>
      </w:r>
    </w:p>
    <w:p>
      <w:pPr>
        <w:spacing w:after="140" w:line="259" w:lineRule="auto"/>
      </w:pPr>
      <w:r>
        <w:t>A big brown-and-white cow stood beneath a shady tree.</w:t>
      </w:r>
    </w:p>
    <w:p>
      <w:pPr>
        <w:spacing w:after="140" w:line="259" w:lineRule="auto"/>
      </w:pPr>
      <w:r>
        <w:t>“This is Clover,” said Ginger. “She likes fresh grass, cool shade, and quiet hellos.”</w:t>
      </w:r>
    </w:p>
    <w:p>
      <w:pPr>
        <w:spacing w:after="140" w:line="259" w:lineRule="auto"/>
      </w:pPr>
      <w:r>
        <w:t>“Good morning, Clover,” said Tippy.</w:t>
      </w:r>
    </w:p>
    <w:p>
      <w:pPr>
        <w:spacing w:after="140" w:line="259" w:lineRule="auto"/>
      </w:pPr>
      <w:r>
        <w:t>“Moo-oo,” answered Clover.</w:t>
      </w:r>
    </w:p>
    <w:p>
      <w:pPr>
        <w:spacing w:after="140" w:line="259" w:lineRule="auto"/>
      </w:pPr>
      <w:r>
        <w:t>Clover took one slow step closer. Tippy and Lobo stayed still and let her choose how near to come.</w:t>
      </w:r>
    </w:p>
    <w:p>
      <w:pPr>
        <w:spacing w:after="140" w:line="259" w:lineRule="auto"/>
      </w:pPr>
      <w:r>
        <w:t>“Look with your eyes,” said Ginger. “Listen with your ears. Give space with your paws.”</w:t>
      </w:r>
    </w:p>
    <w:p>
      <w:pPr>
        <w:spacing w:after="140" w:line="259" w:lineRule="auto"/>
      </w:pPr>
      <w:r>
        <w:t>Clover lowered her head and began to eat.</w:t>
      </w:r>
    </w:p>
    <w:p>
      <w:pPr>
        <w:spacing w:after="140" w:line="259" w:lineRule="auto"/>
      </w:pPr>
      <w:r>
        <w:t>“Crunch, crunch,” said Lobo softly.</w:t>
      </w:r>
    </w:p>
    <w:p>
      <w:pPr>
        <w:spacing w:after="140" w:line="259" w:lineRule="auto"/>
      </w:pPr>
      <w:r>
        <w:t>Next, Ginger led them into the bright red barn.</w:t>
      </w:r>
    </w:p>
    <w:p>
      <w:pPr>
        <w:spacing w:after="140" w:line="259" w:lineRule="auto"/>
      </w:pPr>
      <w:r>
        <w:t>A gray-and-white goat stood calmly on soft straw beside a clean water bucket.</w:t>
      </w:r>
    </w:p>
    <w:p>
      <w:pPr>
        <w:spacing w:after="140" w:line="259" w:lineRule="auto"/>
      </w:pPr>
      <w:r>
        <w:t>Farther back in the barn, a quiet cat sat watching over the stalls.</w:t>
      </w:r>
    </w:p>
    <w:p>
      <w:pPr>
        <w:spacing w:after="140" w:line="259" w:lineRule="auto"/>
      </w:pPr>
      <w:r>
        <w:t>“That is Whiskers,” said Ginger. “Whiskers lives here and helps keep down the rodents that might nibble the feed.”</w:t>
      </w:r>
    </w:p>
    <w:p>
      <w:pPr>
        <w:spacing w:after="140" w:line="259" w:lineRule="auto"/>
      </w:pPr>
      <w:r>
        <w:t>“The barn must stay clean and tidy,” said Lobo.</w:t>
      </w:r>
    </w:p>
    <w:p>
      <w:pPr>
        <w:spacing w:after="140" w:line="259" w:lineRule="auto"/>
      </w:pPr>
      <w:r>
        <w:t>“Yes,” said Ginger. “The farmer stores food carefully, cleans the stalls, and gives every animal a safe space. Whiskers helps, too.”</w:t>
      </w:r>
    </w:p>
    <w:p>
      <w:pPr>
        <w:spacing w:after="140" w:line="259" w:lineRule="auto"/>
      </w:pPr>
      <w:r>
        <w:t>“This is Juniper,” said Ginger. “Juniper gives milk, too.”</w:t>
      </w:r>
    </w:p>
    <w:p>
      <w:pPr>
        <w:spacing w:after="140" w:line="259" w:lineRule="auto"/>
      </w:pPr>
      <w:r>
        <w:t>“Hello, Juniper,” said Lobo.</w:t>
      </w:r>
    </w:p>
    <w:p>
      <w:pPr>
        <w:spacing w:after="140" w:line="259" w:lineRule="auto"/>
      </w:pPr>
      <w:r>
        <w:t>“Baa-a,” said Juniper with a soft bleat.</w:t>
      </w:r>
    </w:p>
    <w:p>
      <w:pPr>
        <w:spacing w:after="140" w:line="259" w:lineRule="auto"/>
      </w:pPr>
      <w:r>
        <w:t>Tippy noticed a bucket of clean water and a fresh bed of straw.</w:t>
      </w:r>
    </w:p>
    <w:p>
      <w:pPr>
        <w:spacing w:after="140" w:line="259" w:lineRule="auto"/>
      </w:pPr>
      <w:r>
        <w:t>“The farmer takes good care of Juniper,” he said.</w:t>
      </w:r>
    </w:p>
    <w:p>
      <w:pPr>
        <w:spacing w:after="140" w:line="259" w:lineRule="auto"/>
      </w:pPr>
      <w:r>
        <w:t>“Yes,” said Ginger. “The animals need food, water, shelter, and gentle care every day.”</w:t>
      </w:r>
    </w:p>
    <w:p>
      <w:pPr>
        <w:spacing w:after="140" w:line="259" w:lineRule="auto"/>
      </w:pPr>
      <w:r>
        <w:t>Juniper stood quietly on the fresh straw.</w:t>
      </w:r>
    </w:p>
    <w:p>
      <w:pPr>
        <w:spacing w:after="140" w:line="259" w:lineRule="auto"/>
      </w:pPr>
      <w:r>
        <w:t>“What a clean, cozy home Juniper has,” said Tippy.</w:t>
      </w:r>
    </w:p>
    <w:p>
      <w:pPr>
        <w:spacing w:after="140" w:line="259" w:lineRule="auto"/>
      </w:pPr>
      <w:r>
        <w:t>Outside the hen house, Ginger introduced them to two of the hens scratching in the warm earth.</w:t>
      </w:r>
    </w:p>
    <w:p>
      <w:pPr>
        <w:spacing w:after="140" w:line="259" w:lineRule="auto"/>
      </w:pPr>
      <w:r>
        <w:t>“This is Ruby,” said Ginger. “And this is Dot.”</w:t>
      </w:r>
    </w:p>
    <w:p>
      <w:pPr>
        <w:spacing w:after="140" w:line="259" w:lineRule="auto"/>
      </w:pPr>
      <w:r>
        <w:t>“Cluck, cluck!” said Ruby.</w:t>
      </w:r>
    </w:p>
    <w:p>
      <w:pPr>
        <w:spacing w:after="140" w:line="259" w:lineRule="auto"/>
      </w:pPr>
      <w:r>
        <w:t>“Cluck!” said Dot.</w:t>
      </w:r>
    </w:p>
    <w:p>
      <w:pPr>
        <w:spacing w:after="140" w:line="259" w:lineRule="auto"/>
      </w:pPr>
      <w:r>
        <w:t>Inside the little house were clean straw nests.</w:t>
      </w:r>
    </w:p>
    <w:p>
      <w:pPr>
        <w:spacing w:after="140" w:line="259" w:lineRule="auto"/>
      </w:pPr>
      <w:r>
        <w:t>“Ruby and Dot lay eggs in their nests,” Ginger explained.</w:t>
      </w:r>
    </w:p>
    <w:p>
      <w:pPr>
        <w:spacing w:after="140" w:line="259" w:lineRule="auto"/>
      </w:pPr>
      <w:r>
        <w:t>“Eggs for breakfast!” said Tippy.</w:t>
      </w:r>
    </w:p>
    <w:p>
      <w:pPr>
        <w:spacing w:after="140" w:line="259" w:lineRule="auto"/>
      </w:pPr>
      <w:r>
        <w:t>“Farm-made food,” said Lobo. “The animals and the farmer help one another.”</w:t>
      </w:r>
    </w:p>
    <w:p>
      <w:pPr>
        <w:spacing w:after="140" w:line="259" w:lineRule="auto"/>
      </w:pPr>
      <w:r>
        <w:t>The hens pecked gently at the ground.</w:t>
      </w:r>
    </w:p>
    <w:p>
      <w:pPr>
        <w:spacing w:after="140" w:line="259" w:lineRule="auto"/>
      </w:pPr>
      <w:r>
        <w:t>Peck, peck, peck.</w:t>
      </w:r>
    </w:p>
    <w:p>
      <w:pPr>
        <w:spacing w:after="140" w:line="259" w:lineRule="auto"/>
      </w:pPr>
      <w:r>
        <w:t>No one hurried them. The friends simply watched and listened.</w:t>
      </w:r>
    </w:p>
    <w:p>
      <w:pPr>
        <w:spacing w:after="140" w:line="259" w:lineRule="auto"/>
      </w:pPr>
      <w:r>
        <w:t>Then Ginger led them to a little pond.</w:t>
      </w:r>
    </w:p>
    <w:p>
      <w:pPr>
        <w:spacing w:after="140" w:line="259" w:lineRule="auto"/>
      </w:pPr>
      <w:r>
        <w:t>On the water floated a mother duck and two fluffy ducklings.</w:t>
      </w:r>
    </w:p>
    <w:p>
      <w:pPr>
        <w:spacing w:after="140" w:line="259" w:lineRule="auto"/>
      </w:pPr>
      <w:r>
        <w:t>“This is Daisy,” said Ginger. “And these are Pip and Poppy.”</w:t>
      </w:r>
    </w:p>
    <w:p>
      <w:pPr>
        <w:spacing w:after="140" w:line="259" w:lineRule="auto"/>
      </w:pPr>
      <w:r>
        <w:t>“Quack, quack!” called Daisy.</w:t>
      </w:r>
    </w:p>
    <w:p>
      <w:pPr>
        <w:spacing w:after="140" w:line="259" w:lineRule="auto"/>
      </w:pPr>
      <w:r>
        <w:t>“Peep, peep!” answered the ducklings as they splashed behind her.</w:t>
      </w:r>
    </w:p>
    <w:p>
      <w:pPr>
        <w:spacing w:after="140" w:line="259" w:lineRule="auto"/>
      </w:pPr>
      <w:r>
        <w:t>Tippy and Lobo stayed on the shore while the duck family paddled.</w:t>
      </w:r>
    </w:p>
    <w:p>
      <w:pPr>
        <w:spacing w:after="140" w:line="259" w:lineRule="auto"/>
      </w:pPr>
      <w:r>
        <w:t>“Ducks are helpful pond friends,” said Ginger. “They eat many insects, and they nibble some algae.”</w:t>
      </w:r>
    </w:p>
    <w:p>
      <w:pPr>
        <w:spacing w:after="140" w:line="259" w:lineRule="auto"/>
      </w:pPr>
      <w:r>
        <w:t>“That must be why the pond looks so clean,” said Tippy.</w:t>
      </w:r>
    </w:p>
    <w:p>
      <w:pPr>
        <w:spacing w:after="140" w:line="259" w:lineRule="auto"/>
      </w:pPr>
      <w:r>
        <w:t>“And a cleaner pond is a better place for frogs, insects, birds, and other animals to visit,” added Lobo.</w:t>
      </w:r>
    </w:p>
    <w:p>
      <w:pPr>
        <w:spacing w:after="140" w:line="259" w:lineRule="auto"/>
      </w:pPr>
      <w:r>
        <w:t>Pip dipped his tiny bill into the water.</w:t>
      </w:r>
    </w:p>
    <w:p>
      <w:pPr>
        <w:spacing w:after="140" w:line="259" w:lineRule="auto"/>
      </w:pPr>
      <w:r>
        <w:t>Splash!</w:t>
      </w:r>
    </w:p>
    <w:p>
      <w:pPr>
        <w:spacing w:after="140" w:line="259" w:lineRule="auto"/>
      </w:pPr>
      <w:r>
        <w:t>“Every animal has a place,” said Ginger. “And sometimes an animal helps many other animals, too.”</w:t>
      </w:r>
    </w:p>
    <w:p>
      <w:pPr>
        <w:spacing w:after="140" w:line="259" w:lineRule="auto"/>
      </w:pPr>
      <w:r>
        <w:t>Near the barn, Tippy saw a small table ready for the next day.</w:t>
      </w:r>
    </w:p>
    <w:p>
      <w:pPr>
        <w:spacing w:after="140" w:line="259" w:lineRule="auto"/>
      </w:pPr>
      <w:r>
        <w:t>There were baskets of fresh eggs from Ruby and Dot, there were jars of milk from Clover the cow, and milk from Juniper the goat.</w:t>
      </w:r>
    </w:p>
    <w:p>
      <w:pPr>
        <w:spacing w:after="140" w:line="259" w:lineRule="auto"/>
      </w:pPr>
      <w:r>
        <w:t>There were also small rounds of cheese made from the farm’s milk.</w:t>
      </w:r>
    </w:p>
    <w:p>
      <w:pPr>
        <w:spacing w:after="140" w:line="259" w:lineRule="auto"/>
      </w:pPr>
      <w:r>
        <w:t>“The farmer makes these foods here on the farm,” explained Ginger.</w:t>
      </w:r>
    </w:p>
    <w:p>
      <w:pPr>
        <w:spacing w:after="140" w:line="259" w:lineRule="auto"/>
      </w:pPr>
      <w:r>
        <w:t>“Eggs, milk, and cheese,” said Tippy.</w:t>
      </w:r>
    </w:p>
    <w:p>
      <w:pPr>
        <w:spacing w:after="140" w:line="259" w:lineRule="auto"/>
      </w:pPr>
      <w:r>
        <w:t>“Simple things made with care,” said Lobo.</w:t>
      </w:r>
    </w:p>
    <w:p>
      <w:pPr>
        <w:spacing w:after="140" w:line="259" w:lineRule="auto"/>
      </w:pPr>
      <w:r>
        <w:t>Ginger nodded. “The farmer keeps the eggs, milk, and cheese in a cool, clean place overnight. In the morning, they will be fresh and ready for the farmers market.”</w:t>
      </w:r>
    </w:p>
    <w:p>
      <w:pPr>
        <w:spacing w:after="140" w:line="259" w:lineRule="auto"/>
      </w:pPr>
      <w:r>
        <w:t>Just then, a kind voice called from the barn.</w:t>
      </w:r>
    </w:p>
    <w:p>
      <w:pPr>
        <w:spacing w:after="140" w:line="259" w:lineRule="auto"/>
      </w:pPr>
      <w:r>
        <w:t>“Ginger, are your new friends enjoying the farm?”</w:t>
      </w:r>
    </w:p>
    <w:p>
      <w:pPr>
        <w:spacing w:after="140" w:line="259" w:lineRule="auto"/>
      </w:pPr>
      <w:r>
        <w:t>Frank walked over with a warm smile.</w:t>
      </w:r>
    </w:p>
    <w:p>
      <w:pPr>
        <w:spacing w:after="140" w:line="259" w:lineRule="auto"/>
      </w:pPr>
      <w:r>
        <w:t>“This is Tippy,” said Ginger, “and this is Lobo. They have met Clover, Juniper, Ruby, Dot, Daisy, Pip, and Poppy.”</w:t>
      </w:r>
    </w:p>
    <w:p>
      <w:pPr>
        <w:spacing w:after="140" w:line="259" w:lineRule="auto"/>
      </w:pPr>
      <w:r>
        <w:t>“It is lovely to meet you. I’m Frank,” he said.</w:t>
      </w:r>
    </w:p>
    <w:p>
      <w:pPr>
        <w:spacing w:after="140" w:line="259" w:lineRule="auto"/>
      </w:pPr>
      <w:r>
        <w:t>“It is lovely to meet you, too,” said Tippy.</w:t>
      </w:r>
    </w:p>
    <w:p>
      <w:pPr>
        <w:spacing w:after="140" w:line="259" w:lineRule="auto"/>
      </w:pPr>
      <w:r>
        <w:t>Lobo looked at the table. “Are these the things you will take to the farmers market?”</w:t>
      </w:r>
    </w:p>
    <w:p>
      <w:pPr>
        <w:spacing w:after="140" w:line="259" w:lineRule="auto"/>
      </w:pPr>
      <w:r>
        <w:t>“Yes,” said Frank. “Eggs, milk, and cheese from our farm.”</w:t>
      </w:r>
    </w:p>
    <w:p>
      <w:pPr>
        <w:spacing w:after="140" w:line="259" w:lineRule="auto"/>
      </w:pPr>
      <w:r>
        <w:t>Frank stood beside the truck and lifted the cooler lid.</w:t>
      </w:r>
    </w:p>
    <w:p>
      <w:pPr>
        <w:spacing w:after="140" w:line="259" w:lineRule="auto"/>
      </w:pPr>
      <w:r>
        <w:t>“I am taking these farm-made foods to the farmers market tomorrow morning,” he said. “Would you like to come with me?”</w:t>
      </w:r>
    </w:p>
    <w:p>
      <w:pPr>
        <w:spacing w:after="140" w:line="259" w:lineRule="auto"/>
      </w:pPr>
      <w:r>
        <w:t>Tippy’s ears lifted high.</w:t>
      </w:r>
    </w:p>
    <w:p>
      <w:pPr>
        <w:spacing w:after="140" w:line="259" w:lineRule="auto"/>
      </w:pPr>
      <w:r>
        <w:t>“We would love to! Lobo and I are always looking for a new adventure,” he said.</w:t>
      </w:r>
    </w:p>
    <w:p>
      <w:pPr>
        <w:spacing w:after="140" w:line="259" w:lineRule="auto"/>
      </w:pPr>
      <w:r>
        <w:t>Lobo’s tail swished happily.</w:t>
      </w:r>
    </w:p>
    <w:p>
      <w:pPr>
        <w:spacing w:after="140" w:line="259" w:lineRule="auto"/>
      </w:pPr>
      <w:r>
        <w:t>“You may come along,” said Frank. “We will leave after the sun comes up.”</w:t>
      </w:r>
    </w:p>
    <w:p>
      <w:pPr>
        <w:spacing w:after="140" w:line="259" w:lineRule="auto"/>
      </w:pPr>
      <w:r>
        <w:t>“Tomorrow will be another adventure,” said Ginger.</w:t>
      </w:r>
    </w:p>
    <w:p>
      <w:pPr>
        <w:spacing w:after="140" w:line="259" w:lineRule="auto"/>
      </w:pPr>
      <w:r>
        <w:t>Tippy, Lobo, and Ginger smiled together.</w:t>
      </w:r>
    </w:p>
    <w:p>
      <w:pPr>
        <w:spacing w:after="140" w:line="259" w:lineRule="auto"/>
      </w:pPr>
      <w:r>
        <w:t>As the sun began to set, the farm grew quiet.</w:t>
      </w:r>
    </w:p>
    <w:p>
      <w:pPr>
        <w:spacing w:after="140" w:line="259" w:lineRule="auto"/>
      </w:pPr>
      <w:r>
        <w:t>Clover rested in the pasture. Juniper settled into her straw. Ruby and Dot tucked into their hen house. Daisy and her ducklings floated beside the calm pond.</w:t>
      </w:r>
    </w:p>
    <w:p>
      <w:pPr>
        <w:spacing w:after="140" w:line="259" w:lineRule="auto"/>
      </w:pPr>
      <w:r>
        <w:t>Tippy looked at all the places they had visited.</w:t>
      </w:r>
    </w:p>
    <w:p>
      <w:pPr>
        <w:spacing w:after="140" w:line="259" w:lineRule="auto"/>
      </w:pPr>
      <w:r>
        <w:t>“Today we learned that every animal needs care,” he said.</w:t>
      </w:r>
    </w:p>
    <w:p>
      <w:pPr>
        <w:spacing w:after="140" w:line="259" w:lineRule="auto"/>
      </w:pPr>
      <w:r>
        <w:t>“And that animals can help one another in many ways,” said Lobo.</w:t>
      </w:r>
    </w:p>
    <w:p>
      <w:pPr>
        <w:spacing w:after="140" w:line="259" w:lineRule="auto"/>
      </w:pPr>
      <w:r>
        <w:t>Ginger wagged her tail. “Kindness, patience, and listening make room for friendship.”</w:t>
      </w:r>
    </w:p>
    <w:p>
      <w:pPr>
        <w:spacing w:after="140" w:line="259" w:lineRule="auto"/>
      </w:pPr>
      <w:r>
        <w:t>“I think we made a new friend in Ginger today,” said Tippy.</w:t>
      </w:r>
    </w:p>
    <w:p>
      <w:pPr>
        <w:spacing w:after="140" w:line="259" w:lineRule="auto"/>
      </w:pPr>
      <w:r>
        <w:t>“Tomorrow we can have another adventure with Ginger and Frank,” said Lobo.</w:t>
      </w:r>
    </w:p>
    <w:p>
      <w:pPr>
        <w:spacing w:after="140" w:line="259" w:lineRule="auto"/>
      </w:pPr>
      <w:r>
        <w:t>The truck waited for morning.</w:t>
      </w:r>
    </w:p>
    <w:p>
      <w:pPr>
        <w:spacing w:after="140" w:line="259" w:lineRule="auto"/>
      </w:pPr>
      <w:r>
        <w:t>The three friends said their goodbyes with happy hearts, excited for the new adventure waiting for them tomorrow.</w:t>
      </w:r>
    </w:p>
    <w:p>
      <w:pPr>
        <w:spacing w:after="140" w:line="259" w:lineRule="auto"/>
      </w:pPr>
      <w:r>
        <w:t>Thank you for joining Tippy and Lobo on their visit to the farm.</w:t>
      </w:r>
    </w:p>
    <w:p>
      <w:pPr>
        <w:spacing w:after="140" w:line="259" w:lineRule="auto"/>
      </w:pPr>
      <w:r>
        <w:t>Come back next time for their farmers market adventure.</w:t>
      </w:r>
    </w:p>
    <w:p>
      <w:pPr>
        <w:spacing w:after="140" w:line="259" w:lineRule="auto"/>
      </w:pPr>
      <w:r>
        <w:t>And remember: kindness can help every friend feel at home.</w:t>
      </w:r>
    </w:p>
    <w:sectPr w:rsidR="00FC693F" w:rsidRPr="0006063C" w:rsidSect="00034616">
      <w:pgSz w:w="12240" w:h="15840"/>
      <w:pgMar w:top="122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ippyandlobo.com/ep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Tippy and Lobo Visit the Farm</dc:title>
  <dc:subject>Episode 2 transcript and resource link</dc:subject>
  <dc:creator>Annette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